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846"/>
      </w:tblGrid>
      <w:tr w:rsidR="00A46EAA" w:rsidRPr="00A46EAA" w14:paraId="698FEB95" w14:textId="77777777" w:rsidTr="00A46EAA">
        <w:tc>
          <w:tcPr>
            <w:tcW w:w="3794" w:type="dxa"/>
          </w:tcPr>
          <w:p w14:paraId="4B475A83" w14:textId="77777777" w:rsidR="00A46EAA" w:rsidRPr="00A46EAA" w:rsidRDefault="00A46EAA" w:rsidP="0042318C">
            <w:pPr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46EA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UBND </w:t>
            </w:r>
            <w:r w:rsidR="00AA18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XÃ HẢI QUANG</w:t>
            </w:r>
          </w:p>
          <w:p w14:paraId="0B68262A" w14:textId="77777777" w:rsidR="00A46EAA" w:rsidRPr="00A46EAA" w:rsidRDefault="00A46EAA" w:rsidP="0042318C">
            <w:pPr>
              <w:spacing w:before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46EA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TRƯỜNG THCS HẢI QUANG</w:t>
            </w:r>
          </w:p>
          <w:p w14:paraId="358CD32E" w14:textId="77777777" w:rsidR="00A46EAA" w:rsidRPr="00A46EAA" w:rsidRDefault="00A46EAA" w:rsidP="00A46EAA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"/>
                <w:szCs w:val="26"/>
              </w:rPr>
            </w:pPr>
            <w:r w:rsidRPr="00A46EA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775365" wp14:editId="7EC7470B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17517</wp:posOffset>
                      </wp:positionV>
                      <wp:extent cx="1143000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E2D49B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1.4pt" to="138.7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" strokecolor="black [3040]"/>
                  </w:pict>
                </mc:Fallback>
              </mc:AlternateContent>
            </w:r>
          </w:p>
          <w:p w14:paraId="768E4ED8" w14:textId="7D329E10" w:rsidR="00A46EAA" w:rsidRPr="00A46EAA" w:rsidRDefault="00A46EAA" w:rsidP="00A46EAA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46EA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Số:  </w:t>
            </w:r>
            <w:r w:rsidR="00F02A3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200D</w:t>
            </w:r>
            <w:r w:rsidRPr="00A46EA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/KH-THCSHQ</w:t>
            </w:r>
          </w:p>
          <w:p w14:paraId="4C73AB14" w14:textId="77777777" w:rsidR="00A46EAA" w:rsidRPr="00A46EAA" w:rsidRDefault="00A46EAA" w:rsidP="00A46EAA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846" w:type="dxa"/>
          </w:tcPr>
          <w:p w14:paraId="0C770CCA" w14:textId="77777777" w:rsidR="00A46EAA" w:rsidRPr="00A46EAA" w:rsidRDefault="00A46EAA" w:rsidP="0042318C">
            <w:pPr>
              <w:spacing w:before="6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46EA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CỘNG HÒA XÃ HỘI CHỦ NGHĨA VIỆT NAM</w:t>
            </w:r>
          </w:p>
          <w:p w14:paraId="4E3251C9" w14:textId="77777777" w:rsidR="00A46EAA" w:rsidRPr="00A46EAA" w:rsidRDefault="00A46EAA" w:rsidP="0042318C">
            <w:pPr>
              <w:spacing w:before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46EA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Độc lập - Tự do - Hạnh phúc</w:t>
            </w:r>
          </w:p>
          <w:p w14:paraId="7B7872E5" w14:textId="03E754E9" w:rsidR="00A46EAA" w:rsidRPr="00A46EAA" w:rsidRDefault="00F02A34" w:rsidP="00A46EAA">
            <w:pPr>
              <w:spacing w:before="120"/>
              <w:jc w:val="center"/>
              <w:rPr>
                <w:rFonts w:ascii="Times New Roman" w:hAnsi="Times New Roman" w:cs="Times New Roman"/>
                <w:color w:val="000000" w:themeColor="text1"/>
                <w:sz w:val="2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B12976" wp14:editId="3F9870B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28575</wp:posOffset>
                      </wp:positionV>
                      <wp:extent cx="1996440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6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877DB4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5pt,2.25pt" to="220.5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" strokecolor="#494949 [3049]"/>
                  </w:pict>
                </mc:Fallback>
              </mc:AlternateContent>
            </w:r>
          </w:p>
          <w:p w14:paraId="56DCA417" w14:textId="0296F30C" w:rsidR="00A46EAA" w:rsidRPr="00A46EAA" w:rsidRDefault="00F02A34" w:rsidP="00A46EAA">
            <w:pPr>
              <w:spacing w:before="12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               </w:t>
            </w:r>
            <w:r w:rsidR="00A46EAA" w:rsidRPr="00A46E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Hải Quang, ngày </w:t>
            </w:r>
            <w:r w:rsidR="0029404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05</w:t>
            </w:r>
            <w:r w:rsidR="00A46EAA" w:rsidRPr="00A46E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tháng 9 năm 2025</w:t>
            </w:r>
          </w:p>
        </w:tc>
      </w:tr>
    </w:tbl>
    <w:p w14:paraId="514D9C2D" w14:textId="77777777" w:rsidR="00250F7C" w:rsidRPr="00250F7C" w:rsidRDefault="00250F7C" w:rsidP="00250F7C">
      <w:pPr>
        <w:spacing w:before="6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"/>
          <w:szCs w:val="26"/>
        </w:rPr>
      </w:pPr>
    </w:p>
    <w:p w14:paraId="296D5D84" w14:textId="77777777" w:rsidR="006A34B5" w:rsidRPr="00AE0738" w:rsidRDefault="00250F7C" w:rsidP="00250F7C">
      <w:pPr>
        <w:spacing w:before="6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 HOẠCH</w:t>
      </w:r>
    </w:p>
    <w:p w14:paraId="63A94B65" w14:textId="77777777" w:rsidR="006A34B5" w:rsidRPr="00AE0738" w:rsidRDefault="00250F7C" w:rsidP="00250F7C">
      <w:pPr>
        <w:spacing w:before="6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Tổ chức thực hiện chuyển đổi số trong </w:t>
      </w:r>
      <w:r w:rsidR="00AA1837"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các </w:t>
      </w: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hoạt độ</w:t>
      </w:r>
      <w:r w:rsidR="00AA1837"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ng</w:t>
      </w:r>
    </w:p>
    <w:p w14:paraId="70BE559A" w14:textId="77777777" w:rsidR="006A34B5" w:rsidRPr="00AE0738" w:rsidRDefault="00250F7C" w:rsidP="00250F7C">
      <w:pPr>
        <w:spacing w:before="6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Năm học: 2025 - 2026</w:t>
      </w:r>
    </w:p>
    <w:p w14:paraId="50E6F512" w14:textId="77777777" w:rsidR="006A34B5" w:rsidRPr="00A46EAA" w:rsidRDefault="006A34B5" w:rsidP="00A46EAA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754A4C1" w14:textId="77777777" w:rsidR="00C05DA1" w:rsidRPr="00AE0738" w:rsidRDefault="00C05DA1" w:rsidP="00AE0738">
      <w:pPr>
        <w:pStyle w:val="ListParagraph"/>
        <w:numPr>
          <w:ilvl w:val="0"/>
          <w:numId w:val="10"/>
        </w:numPr>
        <w:spacing w:before="120" w:after="40" w:line="264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738">
        <w:rPr>
          <w:rFonts w:ascii="Times New Roman" w:eastAsia="Times New Roman" w:hAnsi="Times New Roman" w:cs="Times New Roman"/>
          <w:sz w:val="28"/>
          <w:szCs w:val="28"/>
        </w:rPr>
        <w:t>Căn cứ Kế hoạch số 27/KH-SGDĐT ngày 19/9/2025 của Sở Giáo dục và Đào tạo Ninh Bình về kế hoạch chuyển đổi số ngành Giáo dục và Đào tạo năm 2025.</w:t>
      </w:r>
    </w:p>
    <w:p w14:paraId="15416B90" w14:textId="77777777" w:rsidR="00C05DA1" w:rsidRPr="00AE0738" w:rsidRDefault="00C05DA1" w:rsidP="00AE0738">
      <w:pPr>
        <w:pStyle w:val="ListParagraph"/>
        <w:numPr>
          <w:ilvl w:val="0"/>
          <w:numId w:val="10"/>
        </w:numPr>
        <w:spacing w:before="120" w:after="40" w:line="264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738">
        <w:rPr>
          <w:rFonts w:ascii="Times New Roman" w:eastAsia="Times New Roman" w:hAnsi="Times New Roman" w:cs="Times New Roman"/>
          <w:sz w:val="28"/>
          <w:szCs w:val="28"/>
        </w:rPr>
        <w:t>Căn cứ Kế hoạch số</w:t>
      </w:r>
      <w:r w:rsidRPr="00AE0738">
        <w:rPr>
          <w:rFonts w:ascii="Times New Roman" w:hAnsi="Times New Roman" w:cs="Times New Roman"/>
          <w:sz w:val="28"/>
          <w:szCs w:val="28"/>
        </w:rPr>
        <w:t xml:space="preserve">: 22/KH-UBND, </w:t>
      </w:r>
      <w:r w:rsidRPr="00AE0738">
        <w:rPr>
          <w:rFonts w:ascii="Times New Roman" w:eastAsia="Times New Roman" w:hAnsi="Times New Roman" w:cs="Times New Roman"/>
          <w:sz w:val="28"/>
          <w:szCs w:val="28"/>
        </w:rPr>
        <w:t>ngày 28/8/2025 của UBND xã Hải Quang về công tác chuyển đổi số năm 2025;</w:t>
      </w:r>
    </w:p>
    <w:p w14:paraId="09C838ED" w14:textId="77777777" w:rsidR="00C05DA1" w:rsidRPr="00AE0738" w:rsidRDefault="00C05DA1" w:rsidP="00AE0738">
      <w:pPr>
        <w:pStyle w:val="ListParagraph"/>
        <w:numPr>
          <w:ilvl w:val="0"/>
          <w:numId w:val="10"/>
        </w:numPr>
        <w:spacing w:before="120" w:after="40" w:line="264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738">
        <w:rPr>
          <w:rFonts w:ascii="Times New Roman" w:eastAsia="Times New Roman" w:hAnsi="Times New Roman" w:cs="Times New Roman"/>
          <w:sz w:val="28"/>
          <w:szCs w:val="28"/>
        </w:rPr>
        <w:t>Căn cứ tình hình thực tiễn của Trường THCS Hải Quang.</w:t>
      </w:r>
    </w:p>
    <w:p w14:paraId="613C85C2" w14:textId="77777777" w:rsidR="00C05DA1" w:rsidRPr="00AE0738" w:rsidRDefault="00C05DA1" w:rsidP="00AE0738">
      <w:pPr>
        <w:spacing w:before="120" w:after="4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738">
        <w:rPr>
          <w:rFonts w:ascii="Times New Roman" w:eastAsia="Times New Roman" w:hAnsi="Times New Roman" w:cs="Times New Roman"/>
          <w:sz w:val="28"/>
          <w:szCs w:val="28"/>
        </w:rPr>
        <w:t>Trường THCS Hải Quang xây dựng Kế hoạch tổ chức thực hiện chuyển đổi số trong các hoạt động chuyên môn năm học 2025-2026 như sau:</w:t>
      </w:r>
    </w:p>
    <w:p w14:paraId="69E43D03" w14:textId="77777777" w:rsidR="00890A2A" w:rsidRPr="00890A2A" w:rsidRDefault="00890A2A" w:rsidP="00AE0738">
      <w:pPr>
        <w:pStyle w:val="Heading1"/>
        <w:spacing w:before="120" w:after="40" w:line="264" w:lineRule="auto"/>
        <w:jc w:val="both"/>
        <w:rPr>
          <w:rFonts w:ascii="Times New Roman" w:hAnsi="Times New Roman" w:cs="Times New Roman"/>
          <w:color w:val="000000" w:themeColor="text1"/>
          <w:sz w:val="6"/>
        </w:rPr>
      </w:pPr>
    </w:p>
    <w:p w14:paraId="74059E9D" w14:textId="77777777" w:rsidR="006A34B5" w:rsidRPr="00AE0738" w:rsidRDefault="00250F7C" w:rsidP="00F02A34">
      <w:pPr>
        <w:pStyle w:val="Heading1"/>
        <w:spacing w:before="120" w:after="40" w:line="264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E0738">
        <w:rPr>
          <w:rFonts w:ascii="Times New Roman" w:hAnsi="Times New Roman" w:cs="Times New Roman"/>
          <w:color w:val="000000" w:themeColor="text1"/>
        </w:rPr>
        <w:t>I. MỤC ĐÍCH, YÊU CẦU</w:t>
      </w:r>
    </w:p>
    <w:p w14:paraId="16A2D6E9" w14:textId="77777777" w:rsidR="006A34B5" w:rsidRPr="00AE0738" w:rsidRDefault="00250F7C" w:rsidP="00F02A34">
      <w:pPr>
        <w:spacing w:before="120" w:after="40" w:line="264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Mục đích</w:t>
      </w:r>
      <w:r w:rsidR="00A46EAA"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001B7573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Đẩy mạnh ứng dụng CNTT và chuyển đổi số trong mọi hoạt động quản lý, giảng dạy, kiểm tra đánh giá.</w:t>
      </w:r>
    </w:p>
    <w:p w14:paraId="38757739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Số hóa đồng bộ dữ liệu, hồ sơ, học liệu, tăng tính minh bạch, hiệu quả và tiết kiệm thời gian.</w:t>
      </w:r>
    </w:p>
    <w:p w14:paraId="0D6B9343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Xây dựng môi trường học tập hiện đại, thông minh, tạo điều kiện để học sinh học tập mọi lúc, mọi nơi.</w:t>
      </w:r>
    </w:p>
    <w:p w14:paraId="72FD3320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Phát triển năng lực số cho đội ngũ CBQL, GV, NV, HS, PH; hình thành văn hóa số và kỹ năng công dân số.</w:t>
      </w:r>
    </w:p>
    <w:p w14:paraId="769F3EE5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Góp phần thực hiện mục tiêu chuyển đổi số của ngành, tiến tới mô hình “Trường học thông minh”.</w:t>
      </w:r>
    </w:p>
    <w:p w14:paraId="563CC329" w14:textId="77777777" w:rsidR="006A34B5" w:rsidRPr="00AE0738" w:rsidRDefault="00250F7C" w:rsidP="00F02A34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Yêu cầu</w:t>
      </w:r>
      <w:r w:rsidR="007840E4"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7417F25A" w14:textId="77777777" w:rsidR="00AE0738" w:rsidRDefault="00250F7C" w:rsidP="00AE0738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Triển khai đồng bộ trong tất cả các lĩnh vực quản lý, dạy học, kiểm tra đánh giá.</w:t>
      </w:r>
    </w:p>
    <w:p w14:paraId="55B96D91" w14:textId="77777777" w:rsidR="00AE0738" w:rsidRDefault="00356EF6" w:rsidP="00AE0738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50F7C"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Bảo đảm tính thực tiễn, hiệu quả, bền vững, phù hợp điều kiện thực tế của nhà trường.</w:t>
      </w:r>
    </w:p>
    <w:p w14:paraId="45AD2BB7" w14:textId="77777777" w:rsidR="00A46EAA" w:rsidRPr="00AE0738" w:rsidRDefault="00356EF6" w:rsidP="00AE0738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50F7C"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Đảm bảo an toàn thông tin, bảo mật dữ liệu cá nhân.</w:t>
      </w:r>
    </w:p>
    <w:p w14:paraId="1F72F5BB" w14:textId="77777777" w:rsidR="00AE0738" w:rsidRPr="00AE0738" w:rsidRDefault="00250F7C" w:rsidP="00AE0738">
      <w:pPr>
        <w:spacing w:before="120" w:after="4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t>- Huy động sự tham gia tích cực của CBQL, GV, NV, HS, PH và cộng đồ</w:t>
      </w:r>
      <w:r w:rsidR="00AE0738" w:rsidRPr="00AE073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ng.</w:t>
      </w:r>
    </w:p>
    <w:p w14:paraId="1849D024" w14:textId="77777777" w:rsidR="006A34B5" w:rsidRPr="00AE0738" w:rsidRDefault="00250F7C" w:rsidP="00AE0738">
      <w:pPr>
        <w:spacing w:before="120" w:after="4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- Có lộ trình ngắn hạn và dài hạn, từng bước nâng cao chất lượng và hiệu quả.</w:t>
      </w:r>
    </w:p>
    <w:p w14:paraId="62C2BA4F" w14:textId="77777777" w:rsidR="00890A2A" w:rsidRPr="00890A2A" w:rsidRDefault="00890A2A" w:rsidP="00AE0738">
      <w:pPr>
        <w:pStyle w:val="Heading1"/>
        <w:spacing w:before="120" w:after="40" w:line="264" w:lineRule="auto"/>
        <w:jc w:val="both"/>
        <w:rPr>
          <w:rFonts w:ascii="Times New Roman" w:hAnsi="Times New Roman" w:cs="Times New Roman"/>
          <w:color w:val="000000" w:themeColor="text1"/>
          <w:sz w:val="6"/>
        </w:rPr>
      </w:pPr>
    </w:p>
    <w:p w14:paraId="6372629B" w14:textId="77777777" w:rsidR="006A34B5" w:rsidRPr="00AE0738" w:rsidRDefault="00250F7C" w:rsidP="00F02A34">
      <w:pPr>
        <w:pStyle w:val="Heading1"/>
        <w:spacing w:before="120" w:after="40" w:line="264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E0738">
        <w:rPr>
          <w:rFonts w:ascii="Times New Roman" w:hAnsi="Times New Roman" w:cs="Times New Roman"/>
          <w:color w:val="000000" w:themeColor="text1"/>
        </w:rPr>
        <w:t>II. NỘI DUNG THỰC HIỆN</w:t>
      </w:r>
    </w:p>
    <w:p w14:paraId="363DC274" w14:textId="77777777" w:rsidR="006A34B5" w:rsidRPr="00AE0738" w:rsidRDefault="00250F7C" w:rsidP="00F02A34">
      <w:pPr>
        <w:spacing w:before="120" w:after="40" w:line="264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Công tác tuyên truyền, nâng cao nhận thức</w:t>
      </w:r>
    </w:p>
    <w:p w14:paraId="7A59B66D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Tổ chức hội nghị, tọa đàm, chuyên đề đầu năm học về chuyển đổi số.</w:t>
      </w:r>
    </w:p>
    <w:p w14:paraId="5EB86F14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Tuyên truyền qua website, fanpage, bảng tin điện tử.</w:t>
      </w:r>
    </w:p>
    <w:p w14:paraId="648A394A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Lồng ghép nội dung chuyển đổi số trong sinh hoạt chuyên môn, họp PHHS, hoạt động Đội.</w:t>
      </w:r>
    </w:p>
    <w:p w14:paraId="25C4C2B9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Tổ chức các cuộc thi tìm hiểu “Công dân số”.</w:t>
      </w:r>
    </w:p>
    <w:p w14:paraId="086EE9D5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Chỉ tiêu: 100% CBQL, GV, NV, HS nắm rõ chủ trương; 90% phụ huynh hiểu và phối hợp.</w:t>
      </w:r>
    </w:p>
    <w:p w14:paraId="220D53D1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Tập huấn, bồi dưỡng năng lực số</w:t>
      </w:r>
    </w:p>
    <w:p w14:paraId="74553EAE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CBQL: quản trị dữ liệu, </w:t>
      </w:r>
      <w:proofErr w:type="gramStart"/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an</w:t>
      </w:r>
      <w:proofErr w:type="gramEnd"/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toàn thông tin, kế hoạch CĐS.</w:t>
      </w:r>
    </w:p>
    <w:p w14:paraId="05529D8A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GV: sử dụng LMS, thiết kế học liệu số, sản xuất video bài giảng.</w:t>
      </w:r>
    </w:p>
    <w:p w14:paraId="4D726237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NV: quản trị mạng, hạ tầng CNTT, sao lưu dữ liệu.</w:t>
      </w:r>
    </w:p>
    <w:p w14:paraId="382EC2D4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HS: kỹ năng số cơ bản, học trực tuyến an toàn.</w:t>
      </w:r>
    </w:p>
    <w:p w14:paraId="74F5199A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PH: sử dụng nền tảng số, dịch vụ công trực tuyến, thanh toán điện tử.</w:t>
      </w:r>
    </w:p>
    <w:p w14:paraId="79E419EF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Phát triển học liệu số và kho dữ liệu dùng chung</w:t>
      </w:r>
    </w:p>
    <w:p w14:paraId="3EC3E2BB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- 100% GV xây dựng tối thiểu 02 học liệu số/năm học.</w:t>
      </w:r>
    </w:p>
    <w:p w14:paraId="7BDDF1FA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Hoàn thiện kho học liệu số toàn trường, tích hợp trên LMS.</w:t>
      </w:r>
    </w:p>
    <w:p w14:paraId="0C99000E" w14:textId="77777777" w:rsidR="00A46EAA" w:rsidRPr="00F02A34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</w:pPr>
      <w:r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>- Khuyến khích GV chia sẻ học liệu mở, đóng góp cho kho dữ liệu huyện, tỉnh.</w:t>
      </w:r>
    </w:p>
    <w:p w14:paraId="64A3D2DB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- 70% bài kiểm tra định kỳ tổ chức bằng hình thức trực tuyến.</w:t>
      </w:r>
    </w:p>
    <w:p w14:paraId="7BDCF71E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Ứng dụng CNTT trong quản lý, dạy học, kiểm tra đánh giá</w:t>
      </w:r>
    </w:p>
    <w:p w14:paraId="670138C0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- 100% văn bản, hồ sơ xử lý qua phần mềm quản lý văn bản.</w:t>
      </w:r>
    </w:p>
    <w:p w14:paraId="34EB0B85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Quản lý học sinh bằng học bạ điện tử, h</w:t>
      </w:r>
      <w:bookmarkStart w:id="0" w:name="_GoBack"/>
      <w:bookmarkEnd w:id="0"/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ồ sơ điện tử đồng bộ.</w:t>
      </w:r>
    </w:p>
    <w:p w14:paraId="3825CB21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GV sử dụng LMS để giao bài, chấm bài, phản hồi HS.</w:t>
      </w:r>
    </w:p>
    <w:p w14:paraId="1CEE745A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Mỗi tổ chuyên môn tổ chức ít nhất 01 chuyên đề dạy học kết hợp.</w:t>
      </w:r>
    </w:p>
    <w:p w14:paraId="02F25F7D" w14:textId="77777777" w:rsidR="00A46EAA" w:rsidRPr="00F02A34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</w:pPr>
      <w:r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>- Kiểm tra định kỳ trực tuyến/kết hợp, xây dựng ngân hàng câu hỏi trực tuyến.</w:t>
      </w:r>
    </w:p>
    <w:p w14:paraId="2745FA21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 có tài khoản để theo dõi kết quả học tập của con.</w:t>
      </w:r>
    </w:p>
    <w:p w14:paraId="429994EA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 Đầu tư hạ tầng số, bảo đảm an toàn thông tin</w:t>
      </w:r>
    </w:p>
    <w:p w14:paraId="18F2A615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Nâng cấp đường truyền tối thiểu 100 Mbps; phủ sóng WiFi toàn trường.</w:t>
      </w:r>
    </w:p>
    <w:p w14:paraId="2FDA3BA3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Trang bị máy tính, bảng tương tác, camera quay bài giảng.</w:t>
      </w:r>
    </w:p>
    <w:p w14:paraId="622EA50B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Xây dựng hệ thống lưu trữ dữ liệu tập trung, sao lưu định kỳ.</w:t>
      </w:r>
    </w:p>
    <w:p w14:paraId="327E861E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- 100% máy tính cài phần mềm diệt virus bản quyền, thiết lập firewall.</w:t>
      </w:r>
    </w:p>
    <w:p w14:paraId="3AEBEEB0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Tập huấn GV, HS, PH về an toàn thông tin.</w:t>
      </w:r>
    </w:p>
    <w:p w14:paraId="08309BD9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Dịch vụ công trực tuyến, thanh toán không tiền mặt</w:t>
      </w:r>
    </w:p>
    <w:p w14:paraId="4BD7995D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Triển khai dịch vụ công trực tuyến mức độ 3–4.</w:t>
      </w:r>
    </w:p>
    <w:p w14:paraId="29237435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Phối hợp ngân hàng, ví điện tử để triển khai cổng thanh toán điện tử.</w:t>
      </w:r>
    </w:p>
    <w:p w14:paraId="502DCC8D" w14:textId="77777777" w:rsidR="00A46EAA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Phấn đấu 90% phụ huynh thanh toán không tiền mặt.</w:t>
      </w:r>
    </w:p>
    <w:p w14:paraId="080D1903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- 100% chứng từ tài chính lưu trữ dưới dạng điện tử.</w:t>
      </w:r>
    </w:p>
    <w:p w14:paraId="79854F1E" w14:textId="77777777" w:rsidR="00CC7C71" w:rsidRPr="00AE0738" w:rsidRDefault="00CC7C71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Đảm bảo an toàn, bảo mật thông tin</w:t>
      </w:r>
    </w:p>
    <w:p w14:paraId="0A393999" w14:textId="77777777" w:rsidR="00CC7C71" w:rsidRPr="00AE0738" w:rsidRDefault="00CC7C71" w:rsidP="00AE0738">
      <w:pPr>
        <w:spacing w:before="120" w:after="40"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 Cài đặt phần mềm và tường lửa cho các máy tính có dữ liệu quan trọng.</w:t>
      </w:r>
    </w:p>
    <w:p w14:paraId="50635442" w14:textId="77777777" w:rsidR="00CC7C71" w:rsidRPr="00AE0738" w:rsidRDefault="00CC7C71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Cài đặt mật khẩu cho các máy tính có dữ liệu quan trọng.</w:t>
      </w:r>
    </w:p>
    <w:p w14:paraId="0DA4523A" w14:textId="77777777" w:rsidR="00AE0738" w:rsidRPr="00AE0738" w:rsidRDefault="00AE0738" w:rsidP="00AE0738">
      <w:pPr>
        <w:pStyle w:val="Heading1"/>
        <w:spacing w:before="120" w:after="40" w:line="264" w:lineRule="auto"/>
        <w:jc w:val="both"/>
        <w:rPr>
          <w:rFonts w:ascii="Times New Roman" w:hAnsi="Times New Roman" w:cs="Times New Roman"/>
          <w:color w:val="000000" w:themeColor="text1"/>
          <w:sz w:val="14"/>
        </w:rPr>
      </w:pPr>
    </w:p>
    <w:p w14:paraId="73F34446" w14:textId="77777777" w:rsidR="006A34B5" w:rsidRPr="00AE0738" w:rsidRDefault="00250F7C" w:rsidP="00F02A34">
      <w:pPr>
        <w:pStyle w:val="Heading1"/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r w:rsidRPr="00AE0738">
        <w:rPr>
          <w:rFonts w:ascii="Times New Roman" w:hAnsi="Times New Roman" w:cs="Times New Roman"/>
          <w:color w:val="000000" w:themeColor="text1"/>
        </w:rPr>
        <w:t>III. TỔ CHỨC THỰC HIỆN</w:t>
      </w:r>
    </w:p>
    <w:p w14:paraId="568F1D07" w14:textId="77777777" w:rsidR="006A34B5" w:rsidRPr="00AE0738" w:rsidRDefault="00250F7C" w:rsidP="00F02A34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Ban Giám hiệu</w:t>
      </w:r>
    </w:p>
    <w:p w14:paraId="4B596916" w14:textId="77777777" w:rsidR="00AE0738" w:rsidRDefault="00250F7C" w:rsidP="00AE0738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Hiệu trưởng: Chỉ đạo chung, huy động nguồn lực, chịu trách nhiệm trước cấp trên.</w:t>
      </w:r>
    </w:p>
    <w:p w14:paraId="40215F23" w14:textId="77777777" w:rsidR="00356EF6" w:rsidRPr="00AE0738" w:rsidRDefault="00356EF6" w:rsidP="00AE0738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50F7C"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PHT chuyên môn: triển khai ứng dụng CNTT trong giảng dạy.</w:t>
      </w:r>
    </w:p>
    <w:p w14:paraId="5B4B9C01" w14:textId="77777777" w:rsidR="006A34B5" w:rsidRPr="00AE0738" w:rsidRDefault="00250F7C" w:rsidP="00F02A34">
      <w:pPr>
        <w:spacing w:before="120" w:after="40" w:line="264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Tổ chuyên môn</w:t>
      </w:r>
    </w:p>
    <w:p w14:paraId="7EACA77A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Lập kế hoạch tổ về ứng dụng CNTT, xây dựng học liệu số.</w:t>
      </w:r>
    </w:p>
    <w:p w14:paraId="40A200B6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Giám sát thực hiện giáo án điện tử, bài giảng số.</w:t>
      </w:r>
    </w:p>
    <w:p w14:paraId="220216AB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Tổ chức chuyên đề, chia sẻ học liệu.</w:t>
      </w:r>
    </w:p>
    <w:p w14:paraId="452C5BB6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Giáo viên, nhân viên</w:t>
      </w:r>
    </w:p>
    <w:p w14:paraId="51C73ACB" w14:textId="77777777" w:rsidR="00356EF6" w:rsidRPr="00F02A34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</w:pPr>
      <w:r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 xml:space="preserve">- Soạn </w:t>
      </w:r>
      <w:r w:rsidR="007840E4"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>KHBD (</w:t>
      </w:r>
      <w:r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>giáo án</w:t>
      </w:r>
      <w:r w:rsidR="007840E4"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>)</w:t>
      </w:r>
      <w:r w:rsidRPr="00F02A34">
        <w:rPr>
          <w:rFonts w:ascii="Times New Roman" w:hAnsi="Times New Roman" w:cs="Times New Roman"/>
          <w:color w:val="000000" w:themeColor="text1"/>
          <w:spacing w:val="8"/>
          <w:sz w:val="28"/>
          <w:szCs w:val="28"/>
        </w:rPr>
        <w:t xml:space="preserve"> điện tử, xây dựng học liệu số, cập nhật kho dữ liệu.</w:t>
      </w:r>
    </w:p>
    <w:p w14:paraId="63276A3E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Thực hiện dạy học kết hợp, kiểm tra trực tuyến.</w:t>
      </w:r>
    </w:p>
    <w:p w14:paraId="7A23A6F5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Nhân viên CNTT: quản trị hạ tầng, LMS, hỗ trợ kỹ thuật.</w:t>
      </w:r>
    </w:p>
    <w:p w14:paraId="44C90E6C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Giáo viên chủ nhiệm</w:t>
      </w:r>
    </w:p>
    <w:p w14:paraId="703B242A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Tuyên truyền kế hoạch chuyển đổi số đến HS, PH.</w:t>
      </w:r>
    </w:p>
    <w:p w14:paraId="27E764C8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Quản lý lớp trên hệ thống điện tử.</w:t>
      </w:r>
    </w:p>
    <w:p w14:paraId="73121A81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Hướng dẫn PH sử dụng dịch vụ công, thanh toán điện tử.</w:t>
      </w:r>
    </w:p>
    <w:p w14:paraId="188FBC81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Học sinh</w:t>
      </w:r>
    </w:p>
    <w:p w14:paraId="5D3F5B3B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Chấp hành nội quy học trực tuyến, rèn kỹ năng số.</w:t>
      </w:r>
    </w:p>
    <w:p w14:paraId="629BD361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Khai thác học liệu số, học tập văn minh.</w:t>
      </w:r>
    </w:p>
    <w:p w14:paraId="0F090E20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Tham gia các cuộc thi, phong trào “Công dân số”.</w:t>
      </w:r>
    </w:p>
    <w:p w14:paraId="696FABF4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Phụ huynh</w:t>
      </w:r>
    </w:p>
    <w:p w14:paraId="7C2490AB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Hỗ trợ thiết bị, Internet cho con học trực tuyến.</w:t>
      </w:r>
    </w:p>
    <w:p w14:paraId="21CEF8F1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Thực hiện thanh toán không tiền mặt.</w:t>
      </w:r>
    </w:p>
    <w:p w14:paraId="1C31031B" w14:textId="77777777" w:rsidR="006A34B5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- Phối hợp với GVCN, GV bộ môn giám sát HS học tập.</w:t>
      </w:r>
    </w:p>
    <w:p w14:paraId="1F50D636" w14:textId="77777777" w:rsidR="006A34B5" w:rsidRPr="00AE0738" w:rsidRDefault="00250F7C" w:rsidP="00F02A34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Các tổ chức, đoàn thể</w:t>
      </w:r>
    </w:p>
    <w:p w14:paraId="7B36A051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771A3"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Tổ chức </w:t>
      </w: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Đoàn – Đội</w:t>
      </w:r>
      <w:r w:rsidR="001771A3"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, tổ chuyên môn</w:t>
      </w: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: tổ chức hoạt động ngoại khóa về chuyển đổi số.</w:t>
      </w:r>
    </w:p>
    <w:p w14:paraId="79B1474C" w14:textId="77777777" w:rsidR="00356EF6" w:rsidRPr="00AE0738" w:rsidRDefault="00250F7C" w:rsidP="00AE0738">
      <w:pPr>
        <w:spacing w:before="120" w:after="40" w:line="264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Trên đây là Kế hoạch tổ chức thực hiện chuyển đổi số trong hoạt động chuyên môn năm học 2025-2026. Đề nghị CBQL, GV, NV, HS và phụ huynh nghiêm túc triển khai thực hiện.</w:t>
      </w:r>
      <w:r w:rsidR="00356EF6" w:rsidRPr="00AE0738">
        <w:rPr>
          <w:rFonts w:ascii="Times New Roman" w:hAnsi="Times New Roman" w:cs="Times New Roman"/>
          <w:color w:val="000000" w:themeColor="text1"/>
          <w:sz w:val="28"/>
          <w:szCs w:val="28"/>
        </w:rPr>
        <w:t>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356EF6" w14:paraId="7AB69214" w14:textId="77777777" w:rsidTr="00356EF6">
        <w:trPr>
          <w:trHeight w:val="199"/>
        </w:trPr>
        <w:tc>
          <w:tcPr>
            <w:tcW w:w="4428" w:type="dxa"/>
          </w:tcPr>
          <w:p w14:paraId="210922D3" w14:textId="77777777" w:rsidR="00356EF6" w:rsidRDefault="00356EF6" w:rsidP="00356EF6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7689C800" w14:textId="77777777" w:rsidR="00356EF6" w:rsidRPr="00DF5BA6" w:rsidRDefault="00356EF6" w:rsidP="00356EF6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DF5BA6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Nơi nhận:</w:t>
            </w:r>
          </w:p>
          <w:p w14:paraId="1ECA8F8E" w14:textId="77777777" w:rsidR="00356EF6" w:rsidRPr="00F02A34" w:rsidRDefault="00356EF6" w:rsidP="00356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Phòng VH-XH xã (BC);</w:t>
            </w:r>
          </w:p>
          <w:p w14:paraId="5BF1EF42" w14:textId="77777777" w:rsidR="00356EF6" w:rsidRPr="00F02A34" w:rsidRDefault="00356EF6" w:rsidP="00356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PHT (để chỉ đạo thực hiện);</w:t>
            </w:r>
          </w:p>
          <w:p w14:paraId="6B74AB6A" w14:textId="77777777" w:rsidR="00356EF6" w:rsidRPr="00F02A34" w:rsidRDefault="00356EF6" w:rsidP="00356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Các tổ chuyên môn (để thực hiện);</w:t>
            </w:r>
          </w:p>
          <w:p w14:paraId="75E0E5AF" w14:textId="77777777" w:rsidR="00356EF6" w:rsidRPr="00F02A34" w:rsidRDefault="00356EF6" w:rsidP="00356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GV (để thực hiện);</w:t>
            </w:r>
          </w:p>
          <w:p w14:paraId="4FD8653B" w14:textId="77777777" w:rsidR="00356EF6" w:rsidRPr="00356EF6" w:rsidRDefault="00356EF6" w:rsidP="00A46EA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2A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Lưu: VT</w:t>
            </w:r>
          </w:p>
        </w:tc>
        <w:tc>
          <w:tcPr>
            <w:tcW w:w="4428" w:type="dxa"/>
          </w:tcPr>
          <w:p w14:paraId="3BB06F9C" w14:textId="77777777" w:rsidR="00356EF6" w:rsidRPr="00356EF6" w:rsidRDefault="00AA1837" w:rsidP="00356EF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A183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vi-VN" w:eastAsia="vi-VN"/>
              </w:rPr>
              <w:drawing>
                <wp:anchor distT="0" distB="0" distL="114300" distR="114300" simplePos="0" relativeHeight="251663360" behindDoc="0" locked="0" layoutInCell="1" allowOverlap="1" wp14:anchorId="2837AD5F" wp14:editId="7B02CDA1">
                  <wp:simplePos x="0" y="0"/>
                  <wp:positionH relativeFrom="column">
                    <wp:posOffset>138935</wp:posOffset>
                  </wp:positionH>
                  <wp:positionV relativeFrom="paragraph">
                    <wp:posOffset>-33513</wp:posOffset>
                  </wp:positionV>
                  <wp:extent cx="2967135" cy="1694291"/>
                  <wp:effectExtent l="0" t="0" r="5080" b="1270"/>
                  <wp:wrapNone/>
                  <wp:docPr id="3" name="Picture 3" descr="F:\Chữ ký có dấ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hữ ký có dấ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35" cy="169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0F045F" w14:textId="77777777" w:rsidR="00356EF6" w:rsidRDefault="00356EF6" w:rsidP="00A46EAA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60279B22" w14:textId="77777777" w:rsidR="006A34B5" w:rsidRPr="00A46EAA" w:rsidRDefault="00250F7C" w:rsidP="00A46EAA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46EAA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</w:p>
    <w:sectPr w:rsidR="006A34B5" w:rsidRPr="00A46EAA" w:rsidSect="00356EF6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5D926C5"/>
    <w:multiLevelType w:val="hybridMultilevel"/>
    <w:tmpl w:val="D74896E0"/>
    <w:lvl w:ilvl="0" w:tplc="C916D40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771A3"/>
    <w:rsid w:val="00250F7C"/>
    <w:rsid w:val="00294040"/>
    <w:rsid w:val="0029639D"/>
    <w:rsid w:val="00326F90"/>
    <w:rsid w:val="00356EF6"/>
    <w:rsid w:val="0042318C"/>
    <w:rsid w:val="006A34B5"/>
    <w:rsid w:val="007840E4"/>
    <w:rsid w:val="00890A2A"/>
    <w:rsid w:val="00A46EAA"/>
    <w:rsid w:val="00AA1837"/>
    <w:rsid w:val="00AA1D8D"/>
    <w:rsid w:val="00AE0738"/>
    <w:rsid w:val="00B47730"/>
    <w:rsid w:val="00C05DA1"/>
    <w:rsid w:val="00CB0664"/>
    <w:rsid w:val="00CC7C71"/>
    <w:rsid w:val="00DF5BA6"/>
    <w:rsid w:val="00F02A34"/>
    <w:rsid w:val="00FB45A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437C9BE"/>
  <w14:defaultImageDpi w14:val="300"/>
  <w15:docId w15:val="{AF39744A-0909-4916-B684-8CB7AF976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DDDDD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41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EE1B62-7FC9-473F-8322-4A89D291A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2</cp:revision>
  <dcterms:created xsi:type="dcterms:W3CDTF">2026-06-03T13:53:00Z</dcterms:created>
  <dcterms:modified xsi:type="dcterms:W3CDTF">2026-06-03T13:53:00Z</dcterms:modified>
  <cp:category/>
</cp:coreProperties>
</file>